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13323" w:hRule="exact"/>
        </w:trPr>
        <w:tc>
          <w:tcPr>
            <w:tcW w:type="dxa" w:w="9638"/>
            <w:shd w:val="clear" w:color="auto" w:fill="0B1020"/>
            <w:vAlign w:val="center"/>
          </w:tcPr>
          <w:p>
            <w:pPr>
              <w:spacing w:before="2400"/>
              <w:jc w:val="center"/>
            </w:pPr>
            <w:r/>
            <w:r>
              <w:rPr>
                <w:rFonts w:ascii="Arial" w:hAnsi="Arial" w:eastAsia="微软雅黑"/>
                <w:color w:val="BFDBFE"/>
                <w:sz w:val="24"/>
              </w:rPr>
              <w:t>产棱 IndPrism · 每日复盘</w:t>
              <w:br/>
            </w:r>
          </w:p>
          <w:p>
            <w:pPr>
              <w:spacing w:before="44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48"/>
              </w:rPr>
              <w:t>冰点扩散，高度只剩五板</w:t>
            </w:r>
          </w:p>
          <w:p>
            <w:pPr>
              <w:spacing w:before="360"/>
              <w:jc w:val="center"/>
            </w:pPr>
            <w:r>
              <w:rPr>
                <w:rFonts w:ascii="Arial" w:hAnsi="Arial" w:eastAsia="微软雅黑"/>
                <w:b/>
                <w:color w:val="8AB4FF"/>
                <w:sz w:val="88"/>
              </w:rPr>
              <w:t>冰点</w:t>
            </w:r>
          </w:p>
          <w:p>
            <w:pPr>
              <w:jc w:val="center"/>
            </w:pPr>
            <w:r>
              <w:rPr>
                <w:rFonts w:ascii="Arial" w:hAnsi="Arial" w:eastAsia="微软雅黑"/>
                <w:b/>
                <w:color w:val="FFFFFF"/>
                <w:sz w:val="60"/>
              </w:rPr>
              <w:t>0.020</w:t>
            </w:r>
          </w:p>
          <w:p>
            <w:pPr>
              <w:spacing w:before="32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30"/>
              </w:rPr>
              <w:t>主线进行中 · 最高 5 板 · 防守为主</w:t>
            </w:r>
          </w:p>
          <w:p>
            <w:pPr>
              <w:spacing w:before="1200"/>
              <w:jc w:val="center"/>
            </w:pPr>
            <w:r>
              <w:rPr>
                <w:rFonts w:ascii="Arial" w:hAnsi="Arial" w:eastAsia="微软雅黑"/>
                <w:color w:val="9CA3AF"/>
                <w:sz w:val="26"/>
              </w:rPr>
              <w:t>2026 年 10 月 22 日</w:t>
              <w:br/>
            </w:r>
            <w:r>
              <w:rPr>
                <w:rFonts w:ascii="Arial" w:hAnsi="Arial" w:eastAsia="微软雅黑"/>
                <w:color w:val="6B7280"/>
                <w:sz w:val="20"/>
              </w:rPr>
              <w:t>成交 1.54 万亿 · 涨停 33 / 跌停 57 · 炸板率 43.1%</w:t>
            </w:r>
            <w:r>
              <w:rPr>
                <w:rFonts w:ascii="Arial" w:hAnsi="Arial" w:eastAsia="微软雅黑"/>
                <w:color w:val="6B7280"/>
                <w:sz w:val="18"/>
              </w:rPr>
              <w:br/>
              <w:t>收盘初版 · 情绪标签取 15:20 快照</w:t>
            </w:r>
          </w:p>
        </w:tc>
      </w:tr>
    </w:tbl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执行摘要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6"/>
        </w:rPr>
        <w:t>冰点扩散，高度只剩五板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5F3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4C1D95"/>
                <w:sz w:val="21"/>
              </w:rPr>
              <w:t>一句话复盘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涨停33家、跌停57家，昨日连板平均溢价-1.93%，高度被压到5板。这不是修复，是亏钱效应继续扩散。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结论</w:t>
            </w:r>
          </w:p>
        </w:tc>
        <w:tc>
          <w:tcPr>
            <w:tcW w:type="dxa" w:w="600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依据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盘面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冰点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成交 1.54 万亿，涨停 33 / 跌停 57，炸板率 43.1%，赚钱效应 RI 0.000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结构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 5 板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海洋王、大业股份；高度已打开；先进封装 +0.37% 领涨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资金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 + 游资 + 散户（交易型资金）占优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龙虎榜机构 28.1%、量化 12.2%、游资+散户 50.3%；最高净买 利亚德 +1.83 亿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验证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明日三看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高度：5 板能否进 6；广度：涨停能否回到 60 家；资金：利亚德 溢价是否为正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执行摘要由当日数据自动生成，详细推演见正文各章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本报告结构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一、盘面定性：情绪坐标、赚钱效应与亏钱效应明细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二、主线拆解：强势方向、催化事件、人气 × 事件 × 价格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三、连板身位：梯队分布、最高板接力、断层位置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四、资金拆解：龙虎榜结构、20 日趋势、持续席位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五、情绪引擎：状态、指标与周期标签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六、明日交易剧本：三套状态推演与验证仪表盘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七、免责声明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昨日观点验证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对比 2026-10-21 的判断与 2026-10-22 的实际结果；昨日状态为「冰点」。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昨日判断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今日实际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结果</w:t>
            </w:r>
          </w:p>
        </w:tc>
        <w:tc>
          <w:tcPr>
            <w:tcW w:type="dxa" w:w="374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最高板不高于 4 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板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4 板 变为 5 板，方向相反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涨停家数不高于 49 家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 家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判断延续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炸板率不低于 31.9%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43.1%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判断延续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昨日剧本基准 4 板，今日 5 板，落在剧本 B（高度打开）。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近 4 个连续交易日：命中 7 次、未命中 5 次、无法判定 0 次，命中率 58.3%。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未命中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无法判定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命中率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50.0%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50.0%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75.0%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判断阈值在生成当日锁定，次日只做客观比对；无法判定单独计数，不计入命中率</w:t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一、盘面定性：冰点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成交额只有 </w:t>
      </w:r>
      <w:r>
        <w:rPr>
          <w:rFonts w:ascii="Arial" w:hAnsi="Arial" w:eastAsia="微软雅黑"/>
          <w:b/>
          <w:color w:val="111827"/>
          <w:sz w:val="21"/>
        </w:rPr>
        <w:t>1.54 万亿</w:t>
      </w:r>
      <w:r>
        <w:rPr>
          <w:rFonts w:ascii="Arial" w:hAnsi="Arial" w:eastAsia="微软雅黑"/>
          <w:b w:val="0"/>
          <w:color w:val="374151"/>
          <w:sz w:val="21"/>
        </w:rPr>
        <w:t>。</w:t>
      </w:r>
      <w:r>
        <w:rPr>
          <w:rFonts w:ascii="Arial" w:hAnsi="Arial" w:eastAsia="微软雅黑"/>
          <w:b w:val="0"/>
          <w:color w:val="374151"/>
          <w:sz w:val="21"/>
        </w:rPr>
        <w:t xml:space="preserve">指数普跌（上证 -1.48%、创业板 -4.37%），但全市场 </w:t>
      </w:r>
      <w:r>
        <w:rPr>
          <w:rFonts w:ascii="Arial" w:hAnsi="Arial" w:eastAsia="微软雅黑"/>
          <w:b/>
          <w:color w:val="D93A2B"/>
          <w:sz w:val="21"/>
        </w:rPr>
        <w:t>4998 家下跌</w:t>
      </w:r>
      <w:r>
        <w:rPr>
          <w:rFonts w:ascii="Arial" w:hAnsi="Arial" w:eastAsia="微软雅黑"/>
          <w:b w:val="0"/>
          <w:color w:val="374151"/>
          <w:sz w:val="21"/>
        </w:rPr>
        <w:t xml:space="preserve">、仅 </w:t>
      </w:r>
      <w:r>
        <w:rPr>
          <w:rFonts w:ascii="Arial" w:hAnsi="Arial" w:eastAsia="微软雅黑"/>
          <w:b/>
          <w:color w:val="D93A2B"/>
          <w:sz w:val="21"/>
        </w:rPr>
        <w:t>534 家上涨</w:t>
      </w:r>
      <w:r>
        <w:rPr>
          <w:rFonts w:ascii="Arial" w:hAnsi="Arial" w:eastAsia="微软雅黑"/>
          <w:b w:val="0"/>
          <w:color w:val="374151"/>
          <w:sz w:val="21"/>
        </w:rPr>
        <w:t xml:space="preserve">，上涨占比 </w:t>
      </w:r>
      <w:r>
        <w:rPr>
          <w:rFonts w:ascii="Arial" w:hAnsi="Arial" w:eastAsia="微软雅黑"/>
          <w:b/>
          <w:color w:val="D93A2B"/>
          <w:sz w:val="21"/>
        </w:rPr>
        <w:t>9.7%</w:t>
      </w:r>
      <w:r>
        <w:rPr>
          <w:rFonts w:ascii="Arial" w:hAnsi="Arial" w:eastAsia="微软雅黑"/>
          <w:b w:val="0"/>
          <w:color w:val="374151"/>
          <w:sz w:val="21"/>
        </w:rPr>
        <w:t>。这是典型的“指数撑住、个股失血”。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情绪温度 ETI </w:t>
      </w:r>
      <w:r>
        <w:rPr>
          <w:rFonts w:ascii="Arial" w:hAnsi="Arial" w:eastAsia="微软雅黑"/>
          <w:b w:val="0"/>
          <w:color w:val="374151"/>
          <w:sz w:val="21"/>
        </w:rPr>
        <w:t xml:space="preserve">降到 </w:t>
      </w:r>
      <w:r>
        <w:rPr>
          <w:rFonts w:ascii="Arial" w:hAnsi="Arial" w:eastAsia="微软雅黑"/>
          <w:b/>
          <w:color w:val="5B4BDB"/>
          <w:sz w:val="21"/>
        </w:rPr>
        <w:t>0.020</w:t>
      </w:r>
      <w:r>
        <w:rPr>
          <w:rFonts w:ascii="Arial" w:hAnsi="Arial" w:eastAsia="微软雅黑"/>
          <w:b w:val="0"/>
          <w:color w:val="374151"/>
          <w:sz w:val="21"/>
        </w:rPr>
        <w:t xml:space="preserve">，环比 </w:t>
      </w:r>
      <w:r>
        <w:rPr>
          <w:rFonts w:ascii="Arial" w:hAnsi="Arial" w:eastAsia="微软雅黑"/>
          <w:b/>
          <w:color w:val="5B4BDB"/>
          <w:sz w:val="21"/>
        </w:rPr>
        <w:t>-0.011</w:t>
      </w:r>
      <w:r>
        <w:rPr>
          <w:rFonts w:ascii="Arial" w:hAnsi="Arial" w:eastAsia="微软雅黑"/>
          <w:b w:val="0"/>
          <w:color w:val="374151"/>
          <w:sz w:val="21"/>
        </w:rPr>
        <w:t xml:space="preserve">；亏钱效应 LI 仍有 </w:t>
      </w:r>
      <w:r>
        <w:rPr>
          <w:rFonts w:ascii="Arial" w:hAnsi="Arial" w:eastAsia="微软雅黑"/>
          <w:b/>
          <w:color w:val="D93A2B"/>
          <w:sz w:val="21"/>
        </w:rPr>
        <w:t>0.606</w:t>
      </w:r>
      <w:r>
        <w:rPr>
          <w:rFonts w:ascii="Arial" w:hAnsi="Arial" w:eastAsia="微软雅黑"/>
          <w:b w:val="0"/>
          <w:color w:val="374151"/>
          <w:sz w:val="21"/>
        </w:rPr>
        <w:t>，赚钱效应 RI 归零。翻译成盘面语言：</w:t>
      </w:r>
      <w:r>
        <w:rPr>
          <w:rFonts w:ascii="Arial" w:hAnsi="Arial" w:eastAsia="微软雅黑"/>
          <w:b/>
          <w:color w:val="D93A2B"/>
          <w:sz w:val="21"/>
        </w:rPr>
        <w:t>做多错多，接力即被埋。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涨停 33 家、跌停 57 家、炸板 25 家，炸板率 43.1%；昨日涨停股今日平均只有 -1.93%，其中 21 家跌超 5%、8 家跌超 9%。晋级率 20.0%，昨日 49 家涨停里只有 2 家连板成功。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8FAFC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34155"/>
                <w:sz w:val="21"/>
              </w:rPr>
              <w:t>盘面语言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指数全线走弱，创业板指跌4.37%，上证跌1.48%，科创50跌2.78%。个股普跌，上涨仅534家，下跌4998家。涨停33家，跌停57家，炸板率43.1%。连板高度5板，晋级率20%。昨日涨停股平均溢价-1.93%，亏钱效应高。情绪温度0.0203，处于冰点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亏钱效应明细：谁在被杀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昨日身位</w:t>
            </w:r>
          </w:p>
        </w:tc>
        <w:tc>
          <w:tcPr>
            <w:tcW w:type="dxa" w:w="396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东安动力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600178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4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昨日4板 → 今日重挫 (-9.96%)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趋势股大跌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新华传媒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600825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近10日涨幅榜前10 → 今日大跌 (-10.02%)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利通电子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603629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1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昨日1板 → 今日重挫 (-7.55%)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南威软件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603636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今日重挫 (-10.02%)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安记食品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603696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(-6.82%，自最高回落 6.7%)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永达股份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001239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今日重挫 (-9.97%)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粤 传 媒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002181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今日重挫 (-9.96%)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九阳股份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002242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(-4.02%，自最高回落 1.7%)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日海智能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002313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10.18 / 收 9.12 (-5.79%，自最高回落 10.4%)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泰尔股份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002347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今日重挫 (-10.04%)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百洋股份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002696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11.57 / 收 9.81 (-6.75%，自最高回落 15.2%)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同为股份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002835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今日重挫 (-10.01%)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润建股份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002929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3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昨日3板 → 今日断板 (+1.32%，自最高回落 7.5%)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吉大正元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003029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27.71 / 收 23.7 (-7.64%，自最高回落 14.5%)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莱美药业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300006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1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昨日1板 → 今日重挫 (-12.69%)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关键变化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东安动力：昨日4板 → 今日重挫 (-9.96%)；润建股份：昨日3板 → 今日断板 (+1.32%，自最高回落 7.5%)；安记食品：昨日2板 → 今日断板 (-6.82%，自最高回落 6.7%)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二、主线拆解：先进封装领涨，机器人跟随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先进封装、机器人、脑机接口逆势微涨，但幅度有限。机器人有英伟达联合思灵机器人推出人形机器人参考平台等消息，但板块仅涨0.36%。连板梯队中，海洋王、大业股份5板，三峡新材3板，2板有哈空调、上海九百、出版传媒、海量数据、天洋新材。题材分散，无明确主线。</w:t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行业 / 主题涨幅 Top 10：先进封装 +0.37%领涨，机器人 +0.36%次之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系统催化库捕获的消息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476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催化</w:t>
            </w:r>
          </w:p>
        </w:tc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来源 / 日期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当日表现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先进封装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暂无匹配催化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先进封装 +0.37%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英伟达联合思灵机器人推出人形机器人参考平台Agile ONE SN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10-21 · 产联社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 +0.36%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10月21日投资避雷针：机器人概念龙头发布风险提示 行业尚处于商业化早期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10-21 · 财联社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 +0.36%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Optimus量产准备就绪 人形机器人产业链迎机遇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10-21 · 财联社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 +0.36%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脑机接口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暂无匹配催化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脑机接口 +0.23%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人气 × 事件 × 价格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701"/>
        <w:gridCol w:w="2721"/>
        <w:gridCol w:w="907"/>
        <w:gridCol w:w="850"/>
        <w:gridCol w:w="1077"/>
        <w:gridCol w:w="1474"/>
      </w:tblGrid>
      <w:tr>
        <w:tc>
          <w:tcPr>
            <w:tcW w:type="dxa" w:w="56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排名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272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事件（网络 / 产业）</w:t>
            </w:r>
          </w:p>
        </w:tc>
        <w:tc>
          <w:tcPr>
            <w:tcW w:type="dxa" w:w="90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涨幅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宁德时代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宁德时代加速回购，机构看好其长期趋势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8,016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-3.29%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锂电池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事件在榜 · 价格背离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华天科技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+9.12%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先进封装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冰山冷热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[方向] 三季报｜宁德时代Q3利润增速放缓至14.5%，储能接棒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+9.97%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储能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海洋王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九阳股份股价狂飙！市场竟然炒“羊”？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5,659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+10.01%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照明设备Ⅱ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九阳股份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九阳股份股价狂飙！市场竟然炒“羊”？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5,659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-4.02%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小家电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事件在榜 · 价格背离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沈鼓集团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机械设备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7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新易盛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黄仁勋GTC“开团”：达链扩产潮或启动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2,813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-12.28%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光通信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事件在榜 · 价格背离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8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中际旭创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黄仁勋GTC“开团”：达链扩产潮或启动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2,813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-8.76%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光通信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事件在榜 · 价格背离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9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粤 传 媒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-9.96%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出版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无事件 · 人气待验证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新华传媒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-10.02%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出版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无事件 · 人气待验证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定性：是启动，还是冰点试错？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定性判断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冰点状态下，先进封装、机器人等板块只是弱抵抗，没有形成合力。连板高度5板，但梯队断层，3板仅三峡新材一只。这不是启动，是退潮中的试错。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观察池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今日观察池中，海洋王、大业股份5板，三峡新材3板，哈空调、上海九百、天洋新材2板。龙虎榜资金结构上，游资+散户占比50.29%，机构占比28.08%，量化占比12.19%。情绪交易侧占62.48%，资金偏向小票博弈，但持续性存疑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今日观察池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今日涨幅</w:t>
            </w:r>
          </w:p>
        </w:tc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2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002724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+10.01%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+0.83 亿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石墨烯 / 核能核电 / 物联网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大业股份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603278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+10.01%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风能 / 光伏概念 / 新能源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三峡新材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600293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+10.11%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-0.06 亿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湖北自贸 / 央国企改革 / 锂电池概念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哈空调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600202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+10.05%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东北振兴 / 一带一路 / 央国企改革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上海九百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600838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+10.01%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新零售 / 央国企改革 / 内贸流通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天洋新材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603330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+10.01%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网红经济 / 半导体概念 / 无线耳机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观察池用于跟踪当日资金关注度，不构成推荐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8"/>
        </w:rPr>
        <w:t>当日成交额分位与资金结构未满足展开条件，完整共振章节本次未展开。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美股隔夜映射（数据日 2026-10-21 23:45 采集 → 2026-10-22 A股）：先进封装 美股+4.58% / A股+0.37%、液冷 美股+3.48% / A股-4.70%、存储 美股+2.88% / A股-1.93%。海外板块只提供方向参考，A 股是否跟随仍看当日情绪与量能。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9"/>
        </w:rPr>
        <w:t>全球共振与本土情绪未出现明显背离。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三、连板身位：高度被压到 5 板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本文把龙头拆成两条线：「总龙头」看趋势与换手——5 日涨幅居全市场前 100、成交额与换手活跃，不要求连板；「连板龙头」看情绪高度——当日最高板且 5 日或 10 日涨幅位居全市场前 100。两者可以不是同一只；只有高度、缺少持续性的只称「最高板」，今日断板或核按钮的前高位股称「前期龙头」。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今日总龙头：凡拓数创（5 日 +62.9%、10 日 +82.0%、换手 35.6%、成交 14.7 亿、0 板）；连板龙头：海洋王、大业股份（5 板）。龙头是走出来的，不是启动日猜出来的；首板不因涨停自动成为龙头。</w:t>
      </w:r>
    </w:p>
    <w:p>
      <w:r>
        <w:drawing>
          <wp:inline xmlns:a="http://schemas.openxmlformats.org/drawingml/2006/main" xmlns:pic="http://schemas.openxmlformats.org/drawingml/2006/picture">
            <wp:extent cx="4680000" cy="2273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d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73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连板梯队：1 板 25 家、2 板 5 家、5 板 2 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高度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家数</w:t>
            </w:r>
          </w:p>
        </w:tc>
        <w:tc>
          <w:tcPr>
            <w:tcW w:type="dxa" w:w="385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代表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明日看点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海洋王、大业股份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 进 6，能不能打开空间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三峡新材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进 4，能否晋级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哈空调、上海九百、出版传媒、海量数据、天洋新材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进 3，先进封装方向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25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冰山冷热、沈鼓集团、鸣志电器、星光股份、襄阳轴承、博汇股份、北新路桥、兆威机电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进 2，看主线扩散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5 板接力：一个换手板，一个一字板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换手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成交额</w:t>
            </w:r>
          </w:p>
        </w:tc>
        <w:tc>
          <w:tcPr>
            <w:tcW w:type="dxa" w:w="187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20.18%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12.71 亿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+0.83 亿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石墨烯 / 核能核电 / 物联网 / 军工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大业股份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13.83%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6.85 亿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无上榜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风能 / 光伏概念 / 新能源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连板高度5板，海洋王、大业股份并列最高板。3板仅三峡新材，2板5只。昨日连板股大面积核按钮：东安动力、南威软件、永达股份、粤传媒、泰尔股份、同为股份等重挫。高位断板、日内大面频现。接力环境恶劣，做多错多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前期龙头跟踪：断板与龙回头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龙头战法不做启动日，看的是中后段趋势与断板后的龙回头。按近 10 个交易日最高板统计断板后的回撤与二波结构；二波=断板后重新涨停（括号内为二波最高板数），补跌≤-15%，走弱≤-5%，横盘±5%，修复≥+5%。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原高度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断板日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最大回撤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后1日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后2日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累计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新华传媒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2026-10-16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-4.02%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+2.77%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+0.20%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-4.02%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横盘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时代万恒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2026-10-12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-14.76%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-0.62%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+2.09%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-14.76%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走弱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九阳股份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2026-10-12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+6.19%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+6.31%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+30.47%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二波（2 板）</w:t>
            </w:r>
          </w:p>
        </w:tc>
      </w:tr>
    </w:tbl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四、资金拆解：利亚德 领衔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龙虎榜上，游资净买入15.05亿，机构净卖出2.15亿，量化净卖出4.49亿。游资占比41.65%，机构占比28.08%，量化占比12.19%。游资主导，但接力意愿弱。利亚德、北新路桥、沈鼓集团等获游资买入，但整体情绪偏空。</w:t>
      </w:r>
    </w:p>
    <w:p>
      <w:r>
        <w:drawing>
          <wp:inline xmlns:a="http://schemas.openxmlformats.org/drawingml/2006/main" xmlns:pic="http://schemas.openxmlformats.org/drawingml/2006/picture">
            <wp:extent cx="5940000" cy="243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pw_seat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利亚德龙虎榜：席位买卖结构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浙商证券杭州五星路营业部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+0.99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0.99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国泰海通证券上海长宁区江苏路营…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+0.86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0.86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深股通专用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+0.81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2.34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1.53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+0.72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0.72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开源证券西安西大街营业部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-0.07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0.87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0.93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利亚德龙虎榜席位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龙虎榜资金结构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资金类型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买入金额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买入占比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参与个股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38.72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28.1%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-2.15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35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16.81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12.2%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-4.49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35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57.44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41.6%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+15.05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11.91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8.6%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+0.22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13.03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9.4%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+1.33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22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机构买入占比 28.1%，量化 12.2%，游资 + 散户 50.3%；把量化归入交易型资金后，交易/情绪资金合计 62.5%。龙虎榜口径下由「量化 + 游资 + 散户（交易型资金）」占优。这与今日的龙虎榜结构互相印证，但龙虎榜只是活跃席位样本，不等于全市场资金结构。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结构跟踪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当前结构状态：游资 / 散户主导。机构 31.2%、量化 7.4%、游资 41.2%、散户 12.0%。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20日均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较20日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31.2%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26.8%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22.1%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+9.2pct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17.4%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19.1%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-11.6pct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41.2%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29.8%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25.0%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+16.2pct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12.0%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10.2%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-4.8pct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8.1%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15.8%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17.1%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-9.0pct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32561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ucture_tren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25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机构占比 31.2%，较20日均值 +9.2pct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游资占比 41.2%，较20日均值 +16.2pct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量化占比 7.4%，较5日均值 -9.9pct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近5日持续上榜席位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64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5日净买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上榜天数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沪股通专用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+12.33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华源证券江苏分公司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+9.45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机构专用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+7.56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华泰证券深圳彩田路营业部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+6.94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国信证券浙江互联网分公司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+4.88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全市场活跃席位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华源证券江苏分公司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+7.62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7.62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国泰海通证券武汉紫阳东路营业部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+2.96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4.26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1.30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国泰海通证券湛江万豪世家营业部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+2.71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2.71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华泰证券深圳彩田路营业部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+2.64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2.93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0.29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国泰海通证券上海分公司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+2.63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2.63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国泰海通证券南京太平南路营业部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+2.58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2.58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7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h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龙虎榜净买入 Top 10：利亚德 +1.83 亿、北新路桥 +1.72 亿、沈鼓集团 +1.70 亿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五、情绪引擎：冰点状态拆解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引擎判定 </w:t>
      </w:r>
      <w:r>
        <w:rPr>
          <w:rFonts w:ascii="Arial" w:hAnsi="Arial" w:eastAsia="微软雅黑"/>
          <w:b/>
          <w:color w:val="5B4BDB"/>
          <w:sz w:val="21"/>
        </w:rPr>
        <w:t>冰点</w:t>
      </w:r>
      <w:r>
        <w:rPr>
          <w:rFonts w:ascii="Arial" w:hAnsi="Arial" w:eastAsia="微软雅黑"/>
          <w:b w:val="0"/>
          <w:color w:val="374151"/>
          <w:sz w:val="21"/>
        </w:rPr>
        <w:t>，置信度 80%。ETI 0.020、ETPI 0.075、LI 0.606；情绪温度、周期动能同时走弱。</w:t>
      </w:r>
    </w:p>
    <w:p>
      <w:r>
        <w:drawing>
          <wp:inline xmlns:a="http://schemas.openxmlformats.org/drawingml/2006/main" xmlns:pic="http://schemas.openxmlformats.org/drawingml/2006/picture">
            <wp:extent cx="5940000" cy="219641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t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96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情绪温度近 30 日：当前 0.020，处于冰点区间</w:t>
      </w:r>
    </w:p>
    <w:p>
      <w:r>
        <w:drawing>
          <wp:inline xmlns:a="http://schemas.openxmlformats.org/drawingml/2006/main" xmlns:pic="http://schemas.openxmlformats.org/drawingml/2006/picture">
            <wp:extent cx="5940000" cy="20672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it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67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近 10 日涨跌停：今日涨停 33 家、跌停 57 家，炸板率 43.1%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六、明日交易剧本（非建议，仅状态推演）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0"/>
        </w:rPr>
        <w:t>下面三套剧本不是预测，而是把明天可能出现的盘面状态提前写清楚。触发条件成立，就按对应状态处理；条件不成立，就不要提前站队。</w:t>
      </w:r>
    </w:p>
    <w:p>
      <w:pPr>
        <w:spacing w:before="200" w:after="120"/>
      </w:pPr>
      <w:r>
        <w:rPr>
          <w:rFonts w:ascii="Arial" w:hAnsi="Arial" w:eastAsia="微软雅黑"/>
          <w:b/>
          <w:color w:val="B91C1C"/>
          <w:sz w:val="24"/>
        </w:rPr>
        <w:t>剧本 A｜继续退潮：高位核按钮扩散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海洋王、大业股份断板，跌停家数继续增加，涨停家数萎缩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高度进一步下降，亏钱效应扩散，冰点延续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继续观察，不轻易接力，等待情绪出清</w:t>
      </w:r>
    </w:p>
    <w:p>
      <w:pPr>
        <w:spacing w:before="200" w:after="120"/>
      </w:pPr>
      <w:r>
        <w:rPr>
          <w:rFonts w:ascii="Arial" w:hAnsi="Arial" w:eastAsia="微软雅黑"/>
          <w:b/>
          <w:color w:val="15803D"/>
          <w:sz w:val="24"/>
        </w:rPr>
        <w:t>剧本 B｜弱势修复：6 板打开空间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最高板向上打开一档，涨停家数明显回升，炸板率下降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情绪修复，连板梯队重新建立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关注新题材首板，试错低位</w:t>
      </w:r>
    </w:p>
    <w:p>
      <w:pPr>
        <w:spacing w:before="200" w:after="120"/>
      </w:pPr>
      <w:r>
        <w:rPr>
          <w:rFonts w:ascii="Arial" w:hAnsi="Arial" w:eastAsia="微软雅黑"/>
          <w:b/>
          <w:color w:val="B45309"/>
          <w:sz w:val="24"/>
        </w:rPr>
        <w:t>剧本 C｜混沌震荡：5 板维持，轮动加快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最高板原地维持，涨停家数窄幅波动，题材快速轮动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指数与情绪背离，混沌震荡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控制仓位，只做确定性机会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明日风向标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04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标的</w:t>
            </w:r>
          </w:p>
        </w:tc>
        <w:tc>
          <w:tcPr>
            <w:tcW w:type="dxa" w:w="28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身份</w:t>
            </w:r>
          </w:p>
        </w:tc>
        <w:tc>
          <w:tcPr>
            <w:tcW w:type="dxa" w:w="45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观察点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凡拓数创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总龙头 · 趋势/换手（0 板）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日 +62.9%、换手 35.6%：能否继续领涨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连板龙头 · 5 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进 6：能否高开换手封板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大业股份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连板龙头 · 5 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进 6：能否高开换手封板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东安动力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前期龙头 · 已断板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是否补跌：前期龙头是情绪锚，补跌则退潮延续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利亚德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龙虎榜净买 +1.83 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次日溢价：高开红盘 = 资金锚；低开翻绿 = 单点失败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宁德时代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人气榜前列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次日承接：能否带动同题材首板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明日仪表盘：用数字确认状态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5896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触发条件 / 含义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涨停家数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33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＜30 防守 / ＞60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跌停家数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57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＞30 恶化 / ＜10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炸板率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43.1%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＞35% 恶化 / ＜30%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最高板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 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≥4 板修复 / ≤3 板压制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成交额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1.54 万亿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＜1.4 万亿存量 / ＞1.6 万亿增量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利亚德溢价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待观察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次日红盘 = 资金锚；翻绿 = 单点失败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EF2F2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991B1B"/>
                <w:sz w:val="21"/>
              </w:rPr>
              <w:t>最后一句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冰点不是反转，冰点只代表亏钱效应已经扩散。高度被压到5板，接力即被埋，等情绪出清再谈机会。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七、免责声明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9CA3AF"/>
          <w:sz w:val="18"/>
        </w:rPr>
        <w:t>本报告只提供客观状态与历史数据，不构成投资建议，盈亏自负。市场有风险，投资需谨慎。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 xml:space="preserve">只提供客观状态与历史数据，不构成投资建议 · 第 </w:t>
    </w:r>
    <w:r>
      <w:fldChar w:fldCharType="begin"/>
      <w:instrText xml:space="preserve"> PAGE </w:instrText>
      <w:fldChar w:fldCharType="end"/>
    </w:r>
    <w:r>
      <w:rPr>
        <w:color w:val="9CA3A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9CA3AF"/>
        <w:sz w:val="18"/>
      </w:rPr>
      <w:t>产棱 IndPrism · A股短线复盘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冰点扩散，高度只剩五板 · 2026-10-22 复盘</dc:title>
  <dc:subject>冰点 · 最高 5 板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